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A62D0" w14:textId="77777777" w:rsidR="000447FA" w:rsidRPr="00F867A5" w:rsidRDefault="002739F8">
      <w:pPr>
        <w:jc w:val="center"/>
      </w:pPr>
      <w:r w:rsidRPr="00F867A5">
        <w:rPr>
          <w:b/>
          <w:sz w:val="28"/>
        </w:rPr>
        <w:t>MÉDECIN (H/F)</w:t>
      </w:r>
      <w:r w:rsidRPr="00F867A5">
        <w:rPr>
          <w:b/>
          <w:sz w:val="28"/>
        </w:rPr>
        <w:br/>
        <w:t>SESSAD ORION &amp; SESSAD OUTREBLEU</w:t>
      </w:r>
      <w:r w:rsidRPr="00F867A5">
        <w:rPr>
          <w:b/>
          <w:sz w:val="28"/>
        </w:rPr>
        <w:br/>
        <w:t>CDI – 0,30 ETP</w:t>
      </w:r>
    </w:p>
    <w:p w14:paraId="075A5AA8" w14:textId="77777777" w:rsidR="005F09AA" w:rsidRDefault="005F09AA">
      <w:pPr>
        <w:rPr>
          <w:b/>
        </w:rPr>
      </w:pPr>
    </w:p>
    <w:p w14:paraId="6799B1C0" w14:textId="77777777" w:rsidR="005F09AA" w:rsidRPr="005F09AA" w:rsidRDefault="005F09AA" w:rsidP="005F09AA">
      <w:pPr>
        <w:spacing w:after="0"/>
        <w:contextualSpacing/>
      </w:pPr>
      <w:r w:rsidRPr="005F09AA">
        <w:t>Type De contrat : CDI</w:t>
      </w:r>
    </w:p>
    <w:p w14:paraId="0E4504DF" w14:textId="6111A769" w:rsidR="005F09AA" w:rsidRPr="005F09AA" w:rsidRDefault="005F09AA" w:rsidP="005F09AA">
      <w:pPr>
        <w:spacing w:after="0"/>
        <w:contextualSpacing/>
      </w:pPr>
      <w:r w:rsidRPr="005F09AA">
        <w:t xml:space="preserve">Temps de travail : </w:t>
      </w:r>
      <w:r w:rsidR="00445374">
        <w:t>0.3</w:t>
      </w:r>
      <w:r w:rsidRPr="005F09AA">
        <w:t xml:space="preserve"> ETP </w:t>
      </w:r>
    </w:p>
    <w:p w14:paraId="4E8CA846" w14:textId="77777777" w:rsidR="005F09AA" w:rsidRDefault="005F09AA">
      <w:pPr>
        <w:rPr>
          <w:b/>
        </w:rPr>
      </w:pPr>
    </w:p>
    <w:p w14:paraId="0E6DA5B3" w14:textId="7F6B32E6" w:rsidR="000447FA" w:rsidRPr="00F867A5" w:rsidRDefault="002739F8">
      <w:r w:rsidRPr="00F867A5">
        <w:rPr>
          <w:b/>
        </w:rPr>
        <w:t>Description du poste</w:t>
      </w:r>
    </w:p>
    <w:p w14:paraId="1F7A793B" w14:textId="77777777" w:rsidR="000447FA" w:rsidRPr="00F867A5" w:rsidRDefault="002739F8" w:rsidP="00986414">
      <w:r w:rsidRPr="00F867A5">
        <w:t>Dans le cadre d'un départ à la retraite, nous recrutons un(e) Médecin afin d'assurer la continuité de l'accompagnement médical au sein des SESSAD ORION et OUTREBLEU.</w:t>
      </w:r>
      <w:r w:rsidRPr="00F867A5">
        <w:br/>
      </w:r>
      <w:r w:rsidRPr="00F867A5">
        <w:br/>
        <w:t>Association engagée dans l'accompagnement des personnes présentant un Trouble du Spectre de l'Autisme (TSA) et de leurs familles, nous développons sur l'ensemble du département de l'Isère une offre diversifiée de services et de dispositifs favorisant l'inclusion, l'autodétermination et la continuité des parcours.</w:t>
      </w:r>
      <w:r w:rsidRPr="00F867A5">
        <w:br/>
      </w:r>
      <w:r w:rsidRPr="00F867A5">
        <w:br/>
        <w:t>Notre offre comprend notamment des Services d'Éducation Spéciale et de Soins À Domicile (SESSAD), une Unité d'Enseignement Élémentaire Autisme (UEEA), un Établissement d'Accueil Médicalisé (EAM), un Groupe d'Entraide Mutuelle (GEM), le dispositif Communauté 360, deux Pôles de Compétences et de Prestations Externalisées (PCPE) ainsi que d'autres dispositifs spécialisés au service des personnes avec autisme et de leurs proches.</w:t>
      </w:r>
      <w:r w:rsidRPr="00F867A5">
        <w:br/>
      </w:r>
      <w:r w:rsidRPr="00F867A5">
        <w:br/>
        <w:t>Sous l'autorité du Directeur et en lien étroit avec les chefs de service et les équipes pluridisciplinaires, vous contribuez à la prise en compte des besoins de santé des enfants et adolescents accompagnés et apportez votre expertise médicale aux équipes et aux familles.</w:t>
      </w:r>
    </w:p>
    <w:p w14:paraId="62C7FD15" w14:textId="77777777" w:rsidR="00CC3F99" w:rsidRDefault="00CC3F99">
      <w:pPr>
        <w:rPr>
          <w:b/>
        </w:rPr>
      </w:pPr>
    </w:p>
    <w:p w14:paraId="38897E90" w14:textId="1817C407" w:rsidR="000447FA" w:rsidRPr="00F867A5" w:rsidRDefault="002739F8">
      <w:r w:rsidRPr="00F867A5">
        <w:rPr>
          <w:b/>
        </w:rPr>
        <w:t>Vos missions</w:t>
      </w:r>
    </w:p>
    <w:p w14:paraId="03D7DA8B" w14:textId="77777777" w:rsidR="00D51648" w:rsidRDefault="00D51648" w:rsidP="00D51648">
      <w:pPr>
        <w:pStyle w:val="Paragraphedeliste"/>
        <w:numPr>
          <w:ilvl w:val="0"/>
          <w:numId w:val="13"/>
        </w:numPr>
      </w:pPr>
      <w:r w:rsidRPr="00D51648">
        <w:t>Réalisez les évaluations médicales nécessaires à l'admission et au suivi des personnes accompagnées ;</w:t>
      </w:r>
    </w:p>
    <w:p w14:paraId="364F6175" w14:textId="77777777" w:rsidR="00D51648" w:rsidRDefault="00D51648" w:rsidP="00D51648">
      <w:pPr>
        <w:pStyle w:val="Paragraphedeliste"/>
        <w:numPr>
          <w:ilvl w:val="0"/>
          <w:numId w:val="13"/>
        </w:numPr>
      </w:pPr>
      <w:r w:rsidRPr="00D51648">
        <w:t>Assurez les prescriptions médicales ainsi que la rédaction des certificats et documents réglementaires nécessaires à l'accompagnement des jeunes ;</w:t>
      </w:r>
    </w:p>
    <w:p w14:paraId="0BE6DF76" w14:textId="77777777" w:rsidR="00D51648" w:rsidRDefault="00D51648" w:rsidP="00D51648">
      <w:pPr>
        <w:pStyle w:val="Paragraphedeliste"/>
        <w:numPr>
          <w:ilvl w:val="0"/>
          <w:numId w:val="13"/>
        </w:numPr>
      </w:pPr>
      <w:r w:rsidRPr="00D51648">
        <w:t>Apportez votre expertise médicale aux équipes pluridisciplinaires et contribuez à la prise en compte des besoins de santé dans les projets personnalisés d'accompagnement ;</w:t>
      </w:r>
    </w:p>
    <w:p w14:paraId="225ABF48" w14:textId="77777777" w:rsidR="00D51648" w:rsidRDefault="00D51648" w:rsidP="00D51648">
      <w:pPr>
        <w:pStyle w:val="Paragraphedeliste"/>
        <w:numPr>
          <w:ilvl w:val="0"/>
          <w:numId w:val="13"/>
        </w:numPr>
      </w:pPr>
      <w:r w:rsidRPr="00D51648">
        <w:t>Assurez le lien avec les familles, les médecins traitants, les spécialistes et les partenaires de santé afin de favoriser la continuité des parcours de soins ;</w:t>
      </w:r>
    </w:p>
    <w:p w14:paraId="6740F11A" w14:textId="77777777" w:rsidR="00D51648" w:rsidRDefault="00D51648" w:rsidP="00D51648">
      <w:pPr>
        <w:pStyle w:val="Paragraphedeliste"/>
        <w:numPr>
          <w:ilvl w:val="0"/>
          <w:numId w:val="13"/>
        </w:numPr>
      </w:pPr>
      <w:r w:rsidRPr="00D51648">
        <w:lastRenderedPageBreak/>
        <w:t>Participez, lorsque la situation le nécessite, aux réunions de suivi mobilisant un avis médical ;</w:t>
      </w:r>
    </w:p>
    <w:p w14:paraId="1CE55537" w14:textId="51DEAC38" w:rsidR="00D51648" w:rsidRDefault="00D51648" w:rsidP="009773D7">
      <w:pPr>
        <w:pStyle w:val="Paragraphedeliste"/>
        <w:numPr>
          <w:ilvl w:val="0"/>
          <w:numId w:val="13"/>
        </w:numPr>
      </w:pPr>
      <w:r w:rsidRPr="00D51648">
        <w:t>Contribuez aux actions de prévention, de promotion de la santé et à la dynamique institutionnelle des services.</w:t>
      </w:r>
    </w:p>
    <w:p w14:paraId="7C64153A" w14:textId="77777777" w:rsidR="00D51648" w:rsidRDefault="00D51648" w:rsidP="00D51648">
      <w:pPr>
        <w:pStyle w:val="Paragraphedeliste"/>
      </w:pPr>
    </w:p>
    <w:p w14:paraId="781C8DC8" w14:textId="1C472AEC" w:rsidR="000447FA" w:rsidRDefault="002739F8" w:rsidP="00D51648">
      <w:pPr>
        <w:pStyle w:val="Paragraphedeliste"/>
        <w:rPr>
          <w:b/>
        </w:rPr>
      </w:pPr>
      <w:r w:rsidRPr="00D51648">
        <w:rPr>
          <w:b/>
        </w:rPr>
        <w:t>Votre profil</w:t>
      </w:r>
    </w:p>
    <w:p w14:paraId="1D0D965D" w14:textId="77777777" w:rsidR="00D51648" w:rsidRPr="00F867A5" w:rsidRDefault="00D51648" w:rsidP="00D51648">
      <w:pPr>
        <w:pStyle w:val="Paragraphedeliste"/>
      </w:pPr>
    </w:p>
    <w:p w14:paraId="239480AA" w14:textId="77777777" w:rsidR="00F867A5" w:rsidRDefault="002739F8" w:rsidP="00F867A5">
      <w:pPr>
        <w:pStyle w:val="Paragraphedeliste"/>
        <w:numPr>
          <w:ilvl w:val="0"/>
          <w:numId w:val="11"/>
        </w:numPr>
      </w:pPr>
      <w:r w:rsidRPr="00F867A5">
        <w:t>Diplôme d'État de Docteur en Médecine ;</w:t>
      </w:r>
    </w:p>
    <w:p w14:paraId="624E27B4" w14:textId="77777777" w:rsidR="00F867A5" w:rsidRDefault="002739F8" w:rsidP="00F867A5">
      <w:pPr>
        <w:pStyle w:val="Paragraphedeliste"/>
        <w:numPr>
          <w:ilvl w:val="0"/>
          <w:numId w:val="11"/>
        </w:numPr>
      </w:pPr>
      <w:r w:rsidRPr="00F867A5">
        <w:t>Inscription au Conseil National de l'Ordre des Médecins ;</w:t>
      </w:r>
    </w:p>
    <w:p w14:paraId="3FA461ED" w14:textId="77777777" w:rsidR="00F867A5" w:rsidRDefault="002739F8" w:rsidP="00F867A5">
      <w:pPr>
        <w:pStyle w:val="Paragraphedeliste"/>
        <w:numPr>
          <w:ilvl w:val="0"/>
          <w:numId w:val="11"/>
        </w:numPr>
      </w:pPr>
      <w:r w:rsidRPr="00F867A5">
        <w:t>Connaissance du secteur médico-social et de l'accompagnement des enfants et adolescents en situation de handicap ;</w:t>
      </w:r>
    </w:p>
    <w:p w14:paraId="4D9F89E6" w14:textId="77777777" w:rsidR="00F867A5" w:rsidRDefault="002739F8" w:rsidP="00F867A5">
      <w:pPr>
        <w:pStyle w:val="Paragraphedeliste"/>
        <w:numPr>
          <w:ilvl w:val="0"/>
          <w:numId w:val="11"/>
        </w:numPr>
      </w:pPr>
      <w:r w:rsidRPr="00F867A5">
        <w:t>Une connaissance des Troubles du Spectre de l'Autisme et des troubles du neurodéveloppement serait appréciée ;</w:t>
      </w:r>
    </w:p>
    <w:p w14:paraId="2C69F5E8" w14:textId="77777777" w:rsidR="00F867A5" w:rsidRDefault="002739F8" w:rsidP="00F867A5">
      <w:pPr>
        <w:pStyle w:val="Paragraphedeliste"/>
        <w:numPr>
          <w:ilvl w:val="0"/>
          <w:numId w:val="11"/>
        </w:numPr>
      </w:pPr>
      <w:r w:rsidRPr="00F867A5">
        <w:t>Capacité à travailler en équipe pluridisciplinaire et en partenariat ;</w:t>
      </w:r>
    </w:p>
    <w:p w14:paraId="79099171" w14:textId="77777777" w:rsidR="00F867A5" w:rsidRDefault="002739F8" w:rsidP="00F867A5">
      <w:pPr>
        <w:pStyle w:val="Paragraphedeliste"/>
        <w:numPr>
          <w:ilvl w:val="0"/>
          <w:numId w:val="11"/>
        </w:numPr>
      </w:pPr>
      <w:r w:rsidRPr="00F867A5">
        <w:t xml:space="preserve">Qualités relationnelles, sens de l'écoute, disponibilité et rigueur professionnelle </w:t>
      </w:r>
    </w:p>
    <w:p w14:paraId="1DBA68ED" w14:textId="77777777" w:rsidR="00F867A5" w:rsidRDefault="002739F8" w:rsidP="00F867A5">
      <w:pPr>
        <w:pStyle w:val="Paragraphedeliste"/>
        <w:numPr>
          <w:ilvl w:val="0"/>
          <w:numId w:val="11"/>
        </w:numPr>
      </w:pPr>
      <w:r w:rsidRPr="00F867A5">
        <w:t>Capacités d'analyse, de synthèse et de rédaction ;</w:t>
      </w:r>
    </w:p>
    <w:p w14:paraId="7A781F7F" w14:textId="16859539" w:rsidR="000447FA" w:rsidRPr="00F867A5" w:rsidRDefault="002739F8" w:rsidP="00F867A5">
      <w:pPr>
        <w:pStyle w:val="Paragraphedeliste"/>
        <w:numPr>
          <w:ilvl w:val="0"/>
          <w:numId w:val="11"/>
        </w:numPr>
      </w:pPr>
      <w:r w:rsidRPr="00F867A5">
        <w:t>Maîtrise des outils informatiques et des écrits professionnels.</w:t>
      </w:r>
    </w:p>
    <w:p w14:paraId="6D5D566D" w14:textId="77777777" w:rsidR="000447FA" w:rsidRPr="00F867A5" w:rsidRDefault="002739F8">
      <w:r w:rsidRPr="00F867A5">
        <w:rPr>
          <w:b/>
        </w:rPr>
        <w:t>Conditions d'emploi</w:t>
      </w:r>
    </w:p>
    <w:p w14:paraId="12C10DC4" w14:textId="77777777" w:rsidR="00F867A5" w:rsidRDefault="002739F8" w:rsidP="00F867A5">
      <w:pPr>
        <w:pStyle w:val="Paragraphedeliste"/>
        <w:numPr>
          <w:ilvl w:val="0"/>
          <w:numId w:val="12"/>
        </w:numPr>
      </w:pPr>
      <w:r w:rsidRPr="00F867A5">
        <w:t>CDI à temps partiel : 0,30 ETP ;</w:t>
      </w:r>
    </w:p>
    <w:p w14:paraId="21C67DD5" w14:textId="77777777" w:rsidR="00F867A5" w:rsidRDefault="002739F8" w:rsidP="00F867A5">
      <w:pPr>
        <w:pStyle w:val="Paragraphedeliste"/>
        <w:numPr>
          <w:ilvl w:val="0"/>
          <w:numId w:val="12"/>
        </w:numPr>
      </w:pPr>
      <w:r w:rsidRPr="00F867A5">
        <w:t>Répartition prévisionnelle : 0,15 ETP sur le SESSAD ORION et 0,15 ETP sur le SESSAD OUTREBLEU ;</w:t>
      </w:r>
    </w:p>
    <w:p w14:paraId="447433D0" w14:textId="77777777" w:rsidR="00F867A5" w:rsidRDefault="002739F8" w:rsidP="00F867A5">
      <w:pPr>
        <w:pStyle w:val="Paragraphedeliste"/>
        <w:numPr>
          <w:ilvl w:val="0"/>
          <w:numId w:val="12"/>
        </w:numPr>
      </w:pPr>
      <w:r w:rsidRPr="00F867A5">
        <w:t>Poste à pourvoir à compter du [date à préciser] ;</w:t>
      </w:r>
    </w:p>
    <w:p w14:paraId="7BB9471C" w14:textId="77777777" w:rsidR="00F867A5" w:rsidRDefault="002739F8" w:rsidP="00F867A5">
      <w:pPr>
        <w:pStyle w:val="Paragraphedeliste"/>
        <w:numPr>
          <w:ilvl w:val="0"/>
          <w:numId w:val="12"/>
        </w:numPr>
      </w:pPr>
      <w:r w:rsidRPr="00F867A5">
        <w:t>Convention Collective Nationale du 15 mars 1966 ;</w:t>
      </w:r>
    </w:p>
    <w:p w14:paraId="77787383" w14:textId="77777777" w:rsidR="00F867A5" w:rsidRDefault="002739F8" w:rsidP="00F867A5">
      <w:pPr>
        <w:pStyle w:val="Paragraphedeliste"/>
        <w:numPr>
          <w:ilvl w:val="0"/>
          <w:numId w:val="12"/>
        </w:numPr>
      </w:pPr>
      <w:r w:rsidRPr="00F867A5">
        <w:t>Rémunération selon ancienneté et dispositions conventionnelles en vigueur ;</w:t>
      </w:r>
    </w:p>
    <w:p w14:paraId="34414F89" w14:textId="77777777" w:rsidR="00F867A5" w:rsidRDefault="002739F8" w:rsidP="00F867A5">
      <w:pPr>
        <w:pStyle w:val="Paragraphedeliste"/>
        <w:numPr>
          <w:ilvl w:val="0"/>
          <w:numId w:val="12"/>
        </w:numPr>
      </w:pPr>
      <w:r w:rsidRPr="00F867A5">
        <w:t>Prime Ségur selon réglementation applicable ;</w:t>
      </w:r>
    </w:p>
    <w:p w14:paraId="30C98737" w14:textId="489512CF" w:rsidR="000447FA" w:rsidRDefault="002739F8" w:rsidP="00F867A5">
      <w:pPr>
        <w:pStyle w:val="Paragraphedeliste"/>
        <w:numPr>
          <w:ilvl w:val="0"/>
          <w:numId w:val="12"/>
        </w:numPr>
      </w:pPr>
      <w:r w:rsidRPr="00F867A5">
        <w:t>Permis B.</w:t>
      </w:r>
    </w:p>
    <w:p w14:paraId="634B797D" w14:textId="77777777" w:rsidR="00D51648" w:rsidRPr="00F867A5" w:rsidRDefault="00D51648" w:rsidP="005F09AA">
      <w:pPr>
        <w:pStyle w:val="Paragraphedeliste"/>
      </w:pPr>
    </w:p>
    <w:p w14:paraId="3E5506F2" w14:textId="77777777" w:rsidR="000447FA" w:rsidRPr="00F867A5" w:rsidRDefault="002739F8">
      <w:r w:rsidRPr="00F867A5">
        <w:rPr>
          <w:b/>
        </w:rPr>
        <w:t>Pourquoi nous rejoindre ?</w:t>
      </w:r>
    </w:p>
    <w:p w14:paraId="5EF85412" w14:textId="77777777" w:rsidR="000447FA" w:rsidRDefault="002739F8">
      <w:pPr>
        <w:jc w:val="both"/>
      </w:pPr>
      <w:r w:rsidRPr="00F867A5">
        <w:t>Rejoindre notre association, c'est intégrer des équipes engagées dans l'accompagnement des personnes avec autisme et participer à une dynamique associative reconnue pour son expertise, son innovation et son engagement en faveur de l'inclusion et de l'autodétermination des personnes accompagnées.</w:t>
      </w:r>
    </w:p>
    <w:p w14:paraId="4DD6539C" w14:textId="0A77FDFA" w:rsidR="009773D7" w:rsidRPr="009773D7" w:rsidRDefault="009773D7" w:rsidP="009773D7">
      <w:r w:rsidRPr="009773D7">
        <w:rPr>
          <w:b/>
        </w:rPr>
        <w:t xml:space="preserve">Envoyez votre candidature (CV + lettre de motivation) à : </w:t>
      </w:r>
      <w:r w:rsidRPr="009773D7">
        <w:t xml:space="preserve"> </w:t>
      </w:r>
      <w:r>
        <w:t>directeur c.erpelding@envolisereautisme.org</w:t>
      </w:r>
      <w:r w:rsidRPr="009773D7">
        <w:t xml:space="preserve"> </w:t>
      </w:r>
    </w:p>
    <w:p w14:paraId="64E61C02" w14:textId="77777777" w:rsidR="009773D7" w:rsidRDefault="009773D7">
      <w:pPr>
        <w:jc w:val="both"/>
      </w:pPr>
    </w:p>
    <w:sectPr w:rsidR="009773D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041B2401"/>
    <w:multiLevelType w:val="hybridMultilevel"/>
    <w:tmpl w:val="D33AD3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394172C"/>
    <w:multiLevelType w:val="hybridMultilevel"/>
    <w:tmpl w:val="2F18F1D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ACE6ECE"/>
    <w:multiLevelType w:val="hybridMultilevel"/>
    <w:tmpl w:val="24AC2A9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AD87E4B"/>
    <w:multiLevelType w:val="hybridMultilevel"/>
    <w:tmpl w:val="9552F79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61115121">
    <w:abstractNumId w:val="8"/>
  </w:num>
  <w:num w:numId="2" w16cid:durableId="1460492015">
    <w:abstractNumId w:val="6"/>
  </w:num>
  <w:num w:numId="3" w16cid:durableId="288824843">
    <w:abstractNumId w:val="5"/>
  </w:num>
  <w:num w:numId="4" w16cid:durableId="449134519">
    <w:abstractNumId w:val="4"/>
  </w:num>
  <w:num w:numId="5" w16cid:durableId="771508123">
    <w:abstractNumId w:val="7"/>
  </w:num>
  <w:num w:numId="6" w16cid:durableId="925697403">
    <w:abstractNumId w:val="3"/>
  </w:num>
  <w:num w:numId="7" w16cid:durableId="108015524">
    <w:abstractNumId w:val="2"/>
  </w:num>
  <w:num w:numId="8" w16cid:durableId="1614167449">
    <w:abstractNumId w:val="1"/>
  </w:num>
  <w:num w:numId="9" w16cid:durableId="646592934">
    <w:abstractNumId w:val="0"/>
  </w:num>
  <w:num w:numId="10" w16cid:durableId="1017388788">
    <w:abstractNumId w:val="11"/>
  </w:num>
  <w:num w:numId="11" w16cid:durableId="182864854">
    <w:abstractNumId w:val="10"/>
  </w:num>
  <w:num w:numId="12" w16cid:durableId="1592205206">
    <w:abstractNumId w:val="9"/>
  </w:num>
  <w:num w:numId="13" w16cid:durableId="20270572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47FA"/>
    <w:rsid w:val="0006063C"/>
    <w:rsid w:val="0015074B"/>
    <w:rsid w:val="002739F8"/>
    <w:rsid w:val="0029639D"/>
    <w:rsid w:val="00326F90"/>
    <w:rsid w:val="0041649B"/>
    <w:rsid w:val="00445374"/>
    <w:rsid w:val="004947C8"/>
    <w:rsid w:val="005C4139"/>
    <w:rsid w:val="005F09AA"/>
    <w:rsid w:val="006C48FB"/>
    <w:rsid w:val="009773D7"/>
    <w:rsid w:val="00986414"/>
    <w:rsid w:val="00AA1D8D"/>
    <w:rsid w:val="00B47730"/>
    <w:rsid w:val="00C7315E"/>
    <w:rsid w:val="00CB0664"/>
    <w:rsid w:val="00CC3F99"/>
    <w:rsid w:val="00D51648"/>
    <w:rsid w:val="00D73BA9"/>
    <w:rsid w:val="00F867A5"/>
    <w:rsid w:val="00FC693F"/>
    <w:rsid w:val="00FD6F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E23039"/>
  <w14:defaultImageDpi w14:val="300"/>
  <w15:docId w15:val="{049C04DA-BAD3-4FF9-95BE-5B06FE29A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lang w:val="fr-FR"/>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545</Words>
  <Characters>3000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ERPELDING</dc:creator>
  <cp:keywords/>
  <cp:lastModifiedBy>Mélanie TOSCANO</cp:lastModifiedBy>
  <cp:revision>12</cp:revision>
  <dcterms:created xsi:type="dcterms:W3CDTF">2013-12-23T23:15:00Z</dcterms:created>
  <dcterms:modified xsi:type="dcterms:W3CDTF">2026-09-15T13:02:00Z</dcterms:modified>
  <cp:category/>
</cp:coreProperties>
</file>